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VALUTAZIONE COMBINATA: TEST PSICOATTITUDINALI + COLLOQUIO</w:t>
      </w:r>
    </w:p>
    <w:p>
      <w:r>
        <w:rPr>
          <w:rFonts w:ascii="Manrope" w:hAnsi="Manrope" w:eastAsia="Manrope"/>
          <w:b w:val="0"/>
          <w:color w:val="6E6E6E"/>
          <w:sz w:val="19"/>
        </w:rPr>
        <w:t>60 % test · 40 % colloquio · un solo punteggio confrontabile tra candidati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Posizione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Intervistatore/trice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Risultati dei test (percentile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Percentile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Ragionamento verbale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Ragionamento numerico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Ragionamento astratto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Attenzione e concentrazione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Personalità (fattore rilevante)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Altro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Colloquio per competenze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Competenza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Evidenza (parole esatte)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Punteggio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Punteggio composito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Media ponderata dei test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Media del colloquio (1-5) convertita in 0-100: (media − 1) ×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Punteggio composito = 0,6 × test + 0,4 × colloquio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Decisione e motivo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al candidato non selezionato (modello)</w:t>
      </w:r>
    </w:p>
    <w:p>
      <w:r>
        <w:rPr>
          <w:rFonts w:ascii="Manrope" w:hAnsi="Manrope" w:eastAsia="Manrope"/>
          <w:b w:val="0"/>
          <w:color w:val="747474"/>
          <w:sz w:val="20"/>
        </w:rPr>
        <w:t>Ciao {nome}, grazie per il tempo dedicato al processo per {posizione}. Abbiamo deciso di proseguire con un'altra candidatura perché questa volta cercavamo più esperienza in {competenza}. Ci è piaciuto in particolare {punto di forza}. Se sei d'accordo, ti terremo presente per future posizioni. Un saluto, {intervistatore}.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Valutazione combinata · voicit.com/it/blog/risorse-umane/ · Uso libero.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