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36"/>
        </w:rPr>
        <w:t>KOMBINIERTE BEWERTUNG: PSYCHOMETRISCHE TESTS + INTERVIEW</w:t>
      </w:r>
    </w:p>
    <w:p>
      <w:r>
        <w:rPr>
          <w:rFonts w:ascii="Manrope" w:hAnsi="Manrope" w:eastAsia="Manrope"/>
          <w:b w:val="0"/>
          <w:color w:val="6E6E6E"/>
          <w:sz w:val="19"/>
        </w:rPr>
        <w:t>60 % Tests · 40 % Interview · ein Score, vergleichbar über alle Kandidaten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Angaben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Kandidat/in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Stelle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Interviewer/in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Datum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Testergebnisse (Perzentil 0-100)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94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Test</w:t>
            </w:r>
          </w:p>
        </w:tc>
        <w:tc>
          <w:tcPr>
            <w:tcW w:type="dxa" w:w="136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Perzentil</w:t>
            </w:r>
          </w:p>
        </w:tc>
        <w:tc>
          <w:tcPr>
            <w:tcW w:type="dxa" w:w="124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Gewicht %</w:t>
            </w:r>
          </w:p>
        </w:tc>
        <w:tc>
          <w:tcPr>
            <w:tcW w:type="dxa" w:w="385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Anmerkungen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Verbales Denken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Numerisches Denken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Abstraktes Denken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Aufmerksamkeit und Konzentration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Persönlichkeit (relevanter Faktor)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Sonstiges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Kompetenzinterview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Kompetenz</w:t>
            </w:r>
          </w:p>
        </w:tc>
        <w:tc>
          <w:tcPr>
            <w:tcW w:type="dxa" w:w="5386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Beleg (wörtlich)</w:t>
            </w:r>
          </w:p>
        </w:tc>
        <w:tc>
          <w:tcPr>
            <w:tcW w:type="dxa" w:w="141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Punkte 1-5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Gesamtscore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Gewichteter Testdurchschnitt (0-100)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Interviewdurchschnitt (1-5) umgerechnet auf 0-100: (Ø − 1) × 25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Gesamtscore = 0,6 × Tests + 0,4 × Interview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Entscheidung und Begründung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Rückmeldung an abgelehnte Kandidaten (Vorlage)</w:t>
      </w:r>
    </w:p>
    <w:p>
      <w:r>
        <w:rPr>
          <w:rFonts w:ascii="Manrope" w:hAnsi="Manrope" w:eastAsia="Manrope"/>
          <w:b w:val="0"/>
          <w:color w:val="747474"/>
          <w:sz w:val="20"/>
        </w:rPr>
        <w:t>Hallo {Name}, vielen Dank für die Zeit, die Sie in den Prozess für {Stelle} investiert haben. Wir haben uns für eine andere Bewerbung entschieden, weil wir diesmal mehr Erfahrung in {Kompetenz} gesucht haben. Besonders gefallen hat uns {Stärke}. Gern behalten wir Sie für künftige Stellen im Blick. Viele Grüße, {Interviewer}.</w:t>
      </w:r>
    </w:p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Kombinierte Bewertung · voicit.com/de/blog/personalwesen/ · Frei verwendbar.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